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E88CC" w14:textId="7101F269" w:rsidR="00E264A3" w:rsidRPr="00EF2192" w:rsidRDefault="00EF2192" w:rsidP="0001316A">
      <w:pPr>
        <w:spacing w:line="360" w:lineRule="auto"/>
        <w:jc w:val="center"/>
        <w:rPr>
          <w:rFonts w:ascii="Times New Roman" w:hAnsi="Times New Roman" w:cs="Times New Roman"/>
          <w:sz w:val="28"/>
          <w:szCs w:val="28"/>
          <w:lang w:val="tr-TR"/>
        </w:rPr>
      </w:pPr>
      <w:bookmarkStart w:id="0" w:name="_Hlk219083456"/>
      <w:r w:rsidRPr="00EF2192">
        <w:rPr>
          <w:rFonts w:ascii="Times New Roman" w:hAnsi="Times New Roman" w:cs="Times New Roman"/>
          <w:b/>
          <w:bCs/>
          <w:sz w:val="28"/>
          <w:szCs w:val="28"/>
          <w:lang w:val="tr-TR"/>
        </w:rPr>
        <w:t>TÜRKÇE BAŞLI</w:t>
      </w:r>
      <w:r w:rsidR="00F21CCC">
        <w:rPr>
          <w:rFonts w:ascii="Times New Roman" w:hAnsi="Times New Roman" w:cs="Times New Roman"/>
          <w:b/>
          <w:bCs/>
          <w:sz w:val="28"/>
          <w:szCs w:val="28"/>
          <w:lang w:val="tr-TR"/>
        </w:rPr>
        <w:t>K</w:t>
      </w:r>
      <w:r w:rsidR="004745EA" w:rsidRPr="00EF2192">
        <w:rPr>
          <w:rFonts w:ascii="Times New Roman" w:hAnsi="Times New Roman" w:cs="Times New Roman"/>
          <w:b/>
          <w:bCs/>
          <w:sz w:val="28"/>
          <w:szCs w:val="28"/>
          <w:lang w:val="tr-TR"/>
        </w:rPr>
        <w:t xml:space="preserve"> </w:t>
      </w:r>
    </w:p>
    <w:p w14:paraId="084E087A" w14:textId="0A3CFF1B" w:rsidR="004745EA" w:rsidRPr="00EF2192" w:rsidRDefault="00EF2192" w:rsidP="00EF2192">
      <w:pPr>
        <w:spacing w:after="0" w:line="240" w:lineRule="auto"/>
        <w:jc w:val="center"/>
        <w:rPr>
          <w:rFonts w:ascii="Times New Roman" w:hAnsi="Times New Roman" w:cs="Times New Roman"/>
          <w:sz w:val="20"/>
          <w:szCs w:val="20"/>
          <w:lang w:val="tr-TR"/>
        </w:rPr>
      </w:pPr>
      <w:r w:rsidRPr="00EF2192">
        <w:rPr>
          <w:rFonts w:ascii="Times New Roman" w:hAnsi="Times New Roman" w:cs="Times New Roman"/>
          <w:b/>
          <w:bCs/>
          <w:sz w:val="20"/>
          <w:szCs w:val="20"/>
          <w:lang w:val="tr-TR"/>
        </w:rPr>
        <w:t>Unvan, Ad, Soyad</w:t>
      </w:r>
    </w:p>
    <w:p w14:paraId="3E63CB10" w14:textId="56256AEE" w:rsidR="00EF2192" w:rsidRPr="00EF2192" w:rsidRDefault="00EF2192" w:rsidP="00EF2192">
      <w:pPr>
        <w:spacing w:after="0" w:line="240" w:lineRule="auto"/>
        <w:jc w:val="center"/>
        <w:rPr>
          <w:rFonts w:ascii="Times New Roman" w:hAnsi="Times New Roman" w:cs="Times New Roman"/>
          <w:sz w:val="20"/>
          <w:szCs w:val="20"/>
          <w:lang w:val="tr-TR"/>
        </w:rPr>
      </w:pPr>
      <w:r w:rsidRPr="00EF2192">
        <w:rPr>
          <w:rFonts w:ascii="Times New Roman" w:hAnsi="Times New Roman" w:cs="Times New Roman"/>
          <w:sz w:val="20"/>
          <w:szCs w:val="20"/>
          <w:lang w:val="tr-TR"/>
        </w:rPr>
        <w:t>Adres Bilgileri</w:t>
      </w:r>
    </w:p>
    <w:p w14:paraId="4C471D68" w14:textId="77777777" w:rsidR="00EF2192" w:rsidRPr="00EF2192" w:rsidRDefault="004745EA" w:rsidP="00EF2192">
      <w:pPr>
        <w:spacing w:after="0" w:line="240" w:lineRule="auto"/>
        <w:jc w:val="center"/>
        <w:rPr>
          <w:rFonts w:ascii="Times New Roman" w:hAnsi="Times New Roman" w:cs="Times New Roman"/>
          <w:sz w:val="20"/>
          <w:szCs w:val="20"/>
          <w:lang w:val="tr-TR"/>
        </w:rPr>
      </w:pPr>
      <w:r w:rsidRPr="00EF2192">
        <w:rPr>
          <w:rFonts w:ascii="Times New Roman" w:hAnsi="Times New Roman" w:cs="Times New Roman"/>
          <w:sz w:val="20"/>
          <w:szCs w:val="20"/>
          <w:lang w:val="tr-TR"/>
        </w:rPr>
        <w:t xml:space="preserve">E-posta: </w:t>
      </w:r>
      <w:r w:rsidR="00EF2192" w:rsidRPr="00EF2192">
        <w:rPr>
          <w:rFonts w:ascii="Times New Roman" w:hAnsi="Times New Roman" w:cs="Times New Roman"/>
          <w:sz w:val="20"/>
          <w:szCs w:val="20"/>
          <w:lang w:val="tr-TR"/>
        </w:rPr>
        <w:t>………….</w:t>
      </w:r>
      <w:r w:rsidRPr="00EF2192">
        <w:rPr>
          <w:rFonts w:ascii="Times New Roman" w:hAnsi="Times New Roman" w:cs="Times New Roman"/>
          <w:sz w:val="20"/>
          <w:szCs w:val="20"/>
          <w:lang w:val="tr-TR"/>
        </w:rPr>
        <w:t xml:space="preserve"> </w:t>
      </w:r>
    </w:p>
    <w:p w14:paraId="28C2F47D" w14:textId="71A7D377" w:rsidR="004745EA" w:rsidRPr="00EF2192" w:rsidRDefault="004745EA" w:rsidP="00EF2192">
      <w:pPr>
        <w:spacing w:after="0" w:line="240" w:lineRule="auto"/>
        <w:jc w:val="center"/>
        <w:rPr>
          <w:rFonts w:ascii="Times New Roman" w:hAnsi="Times New Roman" w:cs="Times New Roman"/>
          <w:sz w:val="20"/>
          <w:szCs w:val="20"/>
          <w:lang w:val="tr-TR"/>
        </w:rPr>
      </w:pPr>
      <w:r w:rsidRPr="00EF2192">
        <w:rPr>
          <w:rFonts w:ascii="Times New Roman" w:hAnsi="Times New Roman" w:cs="Times New Roman"/>
          <w:sz w:val="20"/>
          <w:szCs w:val="20"/>
          <w:lang w:val="tr-TR"/>
        </w:rPr>
        <w:t xml:space="preserve">ORCID: </w:t>
      </w:r>
      <w:r w:rsidR="00EF2192" w:rsidRPr="00EF2192">
        <w:rPr>
          <w:rFonts w:ascii="Times New Roman" w:hAnsi="Times New Roman" w:cs="Times New Roman"/>
          <w:sz w:val="20"/>
          <w:szCs w:val="20"/>
          <w:lang w:val="tr-TR"/>
        </w:rPr>
        <w:t>……</w:t>
      </w:r>
      <w:r w:rsidR="00EF2192">
        <w:rPr>
          <w:rFonts w:ascii="Times New Roman" w:hAnsi="Times New Roman" w:cs="Times New Roman"/>
          <w:sz w:val="20"/>
          <w:szCs w:val="20"/>
          <w:lang w:val="tr-TR"/>
        </w:rPr>
        <w:t>……</w:t>
      </w:r>
      <w:r w:rsidR="00EF2192" w:rsidRPr="00EF2192">
        <w:rPr>
          <w:rFonts w:ascii="Times New Roman" w:hAnsi="Times New Roman" w:cs="Times New Roman"/>
          <w:sz w:val="20"/>
          <w:szCs w:val="20"/>
          <w:lang w:val="tr-TR"/>
        </w:rPr>
        <w:t>.</w:t>
      </w:r>
    </w:p>
    <w:bookmarkEnd w:id="0"/>
    <w:p w14:paraId="56AE1E45" w14:textId="74840506" w:rsidR="00A74124" w:rsidRPr="00713E49" w:rsidRDefault="0073369F" w:rsidP="00E264A3">
      <w:pPr>
        <w:jc w:val="both"/>
        <w:rPr>
          <w:rFonts w:ascii="Times New Roman" w:hAnsi="Times New Roman" w:cs="Times New Roman"/>
          <w:b/>
          <w:bCs/>
          <w:sz w:val="24"/>
          <w:szCs w:val="24"/>
          <w:lang w:val="tr-TR"/>
        </w:rPr>
      </w:pPr>
      <w:r w:rsidRPr="002A195F">
        <w:rPr>
          <w:rFonts w:ascii="Times New Roman" w:hAnsi="Times New Roman" w:cs="Times New Roman"/>
          <w:lang w:val="tr-TR"/>
        </w:rPr>
        <w:br/>
      </w:r>
      <w:bookmarkStart w:id="1" w:name="_Hlk219083484"/>
      <w:r w:rsidRPr="00713E49">
        <w:rPr>
          <w:rFonts w:ascii="Times New Roman" w:hAnsi="Times New Roman" w:cs="Times New Roman"/>
          <w:b/>
          <w:bCs/>
          <w:sz w:val="24"/>
          <w:szCs w:val="24"/>
          <w:lang w:val="tr-TR"/>
        </w:rPr>
        <w:t>ÖZET</w:t>
      </w:r>
    </w:p>
    <w:p w14:paraId="7E3382EA" w14:textId="23D64AC8" w:rsidR="00EF2192" w:rsidRPr="00713E49" w:rsidRDefault="00EF2192" w:rsidP="00F21CCC">
      <w:pPr>
        <w:widowControl w:val="0"/>
        <w:autoSpaceDE w:val="0"/>
        <w:autoSpaceDN w:val="0"/>
        <w:spacing w:after="120" w:line="240" w:lineRule="auto"/>
        <w:ind w:firstLine="567"/>
        <w:jc w:val="both"/>
        <w:rPr>
          <w:rFonts w:asciiTheme="majorBidi" w:eastAsia="Times New Roman" w:hAnsiTheme="majorBidi" w:cstheme="majorBidi"/>
          <w:sz w:val="24"/>
          <w:szCs w:val="24"/>
          <w:shd w:val="clear" w:color="auto" w:fill="FFFFFF"/>
        </w:rPr>
      </w:pPr>
      <w:r w:rsidRPr="00713E49">
        <w:rPr>
          <w:rFonts w:asciiTheme="majorBidi" w:eastAsia="Times New Roman" w:hAnsiTheme="majorBidi" w:cstheme="majorBidi"/>
          <w:bCs/>
          <w:sz w:val="24"/>
          <w:szCs w:val="24"/>
        </w:rPr>
        <w:t>Bildiri özetleri A4 boyutunda, MS Word uyumlu Times New Roman yazı karakteriyle yazılmalıdır. Başlık 14 punto, büyük harf</w:t>
      </w:r>
      <w:r w:rsidR="00F21CCC">
        <w:rPr>
          <w:rFonts w:asciiTheme="majorBidi" w:eastAsia="Times New Roman" w:hAnsiTheme="majorBidi" w:cstheme="majorBidi"/>
          <w:bCs/>
          <w:sz w:val="24"/>
          <w:szCs w:val="24"/>
        </w:rPr>
        <w:t>lerle</w:t>
      </w:r>
      <w:r w:rsidRPr="00713E49">
        <w:rPr>
          <w:rFonts w:asciiTheme="majorBidi" w:eastAsia="Times New Roman" w:hAnsiTheme="majorBidi" w:cstheme="majorBidi"/>
          <w:bCs/>
          <w:sz w:val="24"/>
          <w:szCs w:val="24"/>
        </w:rPr>
        <w:t>, kalın ve ortala</w:t>
      </w:r>
      <w:r w:rsidR="00F21CCC">
        <w:rPr>
          <w:rFonts w:asciiTheme="majorBidi" w:eastAsia="Times New Roman" w:hAnsiTheme="majorBidi" w:cstheme="majorBidi"/>
          <w:bCs/>
          <w:sz w:val="24"/>
          <w:szCs w:val="24"/>
        </w:rPr>
        <w:t>nmış</w:t>
      </w:r>
      <w:r w:rsidRPr="00713E49">
        <w:rPr>
          <w:rFonts w:asciiTheme="majorBidi" w:eastAsia="Times New Roman" w:hAnsiTheme="majorBidi" w:cstheme="majorBidi"/>
          <w:bCs/>
          <w:sz w:val="24"/>
          <w:szCs w:val="24"/>
        </w:rPr>
        <w:t xml:space="preserve"> olmalıdır. </w:t>
      </w:r>
      <w:r w:rsidRPr="00713E49">
        <w:rPr>
          <w:rFonts w:asciiTheme="majorBidi" w:eastAsia="Times New Roman" w:hAnsiTheme="majorBidi" w:cstheme="majorBidi"/>
          <w:sz w:val="24"/>
          <w:szCs w:val="24"/>
          <w:shd w:val="clear" w:color="auto" w:fill="FFFFFF"/>
        </w:rPr>
        <w:t xml:space="preserve">Ana metin 12 punto </w:t>
      </w:r>
      <w:r w:rsidR="00F21CCC">
        <w:rPr>
          <w:rFonts w:asciiTheme="majorBidi" w:eastAsia="Times New Roman" w:hAnsiTheme="majorBidi" w:cstheme="majorBidi"/>
          <w:sz w:val="24"/>
          <w:szCs w:val="24"/>
          <w:shd w:val="clear" w:color="auto" w:fill="FFFFFF"/>
        </w:rPr>
        <w:t xml:space="preserve">olmalı </w:t>
      </w:r>
      <w:r w:rsidRPr="00713E49">
        <w:rPr>
          <w:rFonts w:asciiTheme="majorBidi" w:eastAsia="Times New Roman" w:hAnsiTheme="majorBidi" w:cstheme="majorBidi"/>
          <w:sz w:val="24"/>
          <w:szCs w:val="24"/>
          <w:shd w:val="clear" w:color="auto" w:fill="FFFFFF"/>
        </w:rPr>
        <w:t>ve her iki y</w:t>
      </w:r>
      <w:bookmarkStart w:id="2" w:name="_GoBack"/>
      <w:bookmarkEnd w:id="2"/>
      <w:r w:rsidRPr="00713E49">
        <w:rPr>
          <w:rFonts w:asciiTheme="majorBidi" w:eastAsia="Times New Roman" w:hAnsiTheme="majorBidi" w:cstheme="majorBidi"/>
          <w:sz w:val="24"/>
          <w:szCs w:val="24"/>
          <w:shd w:val="clear" w:color="auto" w:fill="FFFFFF"/>
        </w:rPr>
        <w:t xml:space="preserve">ana hizalı olmalıdır. Özet metinde paragraf aralığı </w:t>
      </w:r>
      <w:r w:rsidR="00F21CCC">
        <w:rPr>
          <w:rFonts w:asciiTheme="majorBidi" w:eastAsia="Times New Roman" w:hAnsiTheme="majorBidi" w:cstheme="majorBidi"/>
          <w:sz w:val="24"/>
          <w:szCs w:val="24"/>
          <w:shd w:val="clear" w:color="auto" w:fill="FFFFFF"/>
        </w:rPr>
        <w:t>ö</w:t>
      </w:r>
      <w:r w:rsidRPr="00713E49">
        <w:rPr>
          <w:rFonts w:asciiTheme="majorBidi" w:eastAsia="Times New Roman" w:hAnsiTheme="majorBidi" w:cstheme="majorBidi"/>
          <w:sz w:val="24"/>
          <w:szCs w:val="24"/>
          <w:shd w:val="clear" w:color="auto" w:fill="FFFFFF"/>
        </w:rPr>
        <w:t>nce 0 nk, sonra 6 nk</w:t>
      </w:r>
      <w:r w:rsidR="00F21CCC">
        <w:rPr>
          <w:rFonts w:asciiTheme="majorBidi" w:eastAsia="Times New Roman" w:hAnsiTheme="majorBidi" w:cstheme="majorBidi"/>
          <w:sz w:val="24"/>
          <w:szCs w:val="24"/>
          <w:shd w:val="clear" w:color="auto" w:fill="FFFFFF"/>
        </w:rPr>
        <w:t xml:space="preserve"> olmalı</w:t>
      </w:r>
      <w:r w:rsidRPr="00713E49">
        <w:rPr>
          <w:rFonts w:asciiTheme="majorBidi" w:eastAsia="Times New Roman" w:hAnsiTheme="majorBidi" w:cstheme="majorBidi"/>
          <w:sz w:val="24"/>
          <w:szCs w:val="24"/>
          <w:shd w:val="clear" w:color="auto" w:fill="FFFFFF"/>
        </w:rPr>
        <w:t xml:space="preserve"> ve satır aralığı tek olmalıdır. </w:t>
      </w:r>
      <w:r w:rsidR="00713E49" w:rsidRPr="00713E49">
        <w:rPr>
          <w:rFonts w:asciiTheme="majorBidi" w:eastAsia="Times New Roman" w:hAnsiTheme="majorBidi" w:cstheme="majorBidi"/>
          <w:sz w:val="24"/>
          <w:szCs w:val="24"/>
          <w:shd w:val="clear" w:color="auto" w:fill="FFFFFF"/>
        </w:rPr>
        <w:t>K</w:t>
      </w:r>
      <w:r w:rsidRPr="00713E49">
        <w:rPr>
          <w:rFonts w:asciiTheme="majorBidi" w:eastAsia="Times New Roman" w:hAnsiTheme="majorBidi" w:cstheme="majorBidi"/>
          <w:sz w:val="24"/>
          <w:szCs w:val="24"/>
          <w:shd w:val="clear" w:color="auto" w:fill="FFFFFF"/>
        </w:rPr>
        <w:t>enar boşlukları tüm kenarlarda 2,5 cm olarak ayarlanmalıdır.</w:t>
      </w:r>
    </w:p>
    <w:p w14:paraId="193249DD" w14:textId="2D798C09" w:rsidR="00EF2192" w:rsidRPr="00713E49" w:rsidRDefault="00EF2192" w:rsidP="00F21CCC">
      <w:pPr>
        <w:widowControl w:val="0"/>
        <w:autoSpaceDE w:val="0"/>
        <w:autoSpaceDN w:val="0"/>
        <w:spacing w:after="120" w:line="240" w:lineRule="auto"/>
        <w:ind w:firstLine="567"/>
        <w:jc w:val="both"/>
        <w:rPr>
          <w:rFonts w:asciiTheme="majorBidi" w:eastAsia="Times New Roman" w:hAnsiTheme="majorBidi" w:cstheme="majorBidi"/>
          <w:sz w:val="24"/>
          <w:szCs w:val="24"/>
          <w:shd w:val="clear" w:color="auto" w:fill="FFFFFF"/>
        </w:rPr>
      </w:pPr>
      <w:r w:rsidRPr="00713E49">
        <w:rPr>
          <w:rFonts w:asciiTheme="majorBidi" w:eastAsia="Times New Roman" w:hAnsiTheme="majorBidi" w:cstheme="majorBidi"/>
          <w:sz w:val="24"/>
          <w:szCs w:val="24"/>
          <w:shd w:val="clear" w:color="auto" w:fill="FFFFFF"/>
        </w:rPr>
        <w:t>İlk satır girintisi 1 cm içeriden başlatılmalıdır. Özet metni 250-350 kelime arasında olmalı</w:t>
      </w:r>
      <w:r w:rsidR="00F21CCC">
        <w:rPr>
          <w:rFonts w:asciiTheme="majorBidi" w:eastAsia="Times New Roman" w:hAnsiTheme="majorBidi" w:cstheme="majorBidi"/>
          <w:sz w:val="24"/>
          <w:szCs w:val="24"/>
          <w:shd w:val="clear" w:color="auto" w:fill="FFFFFF"/>
        </w:rPr>
        <w:t>;</w:t>
      </w:r>
      <w:r w:rsidRPr="00713E49">
        <w:rPr>
          <w:rFonts w:asciiTheme="majorBidi" w:eastAsia="Times New Roman" w:hAnsiTheme="majorBidi" w:cstheme="majorBidi"/>
          <w:sz w:val="24"/>
          <w:szCs w:val="24"/>
          <w:shd w:val="clear" w:color="auto" w:fill="FFFFFF"/>
        </w:rPr>
        <w:t xml:space="preserve"> özetin sonuna 4 </w:t>
      </w:r>
      <w:r w:rsidR="00713E49" w:rsidRPr="00713E49">
        <w:rPr>
          <w:rFonts w:asciiTheme="majorBidi" w:eastAsia="Times New Roman" w:hAnsiTheme="majorBidi" w:cstheme="majorBidi"/>
          <w:sz w:val="24"/>
          <w:szCs w:val="24"/>
          <w:shd w:val="clear" w:color="auto" w:fill="FFFFFF"/>
        </w:rPr>
        <w:t xml:space="preserve">adet </w:t>
      </w:r>
      <w:r w:rsidRPr="00713E49">
        <w:rPr>
          <w:rFonts w:asciiTheme="majorBidi" w:eastAsia="Times New Roman" w:hAnsiTheme="majorBidi" w:cstheme="majorBidi"/>
          <w:sz w:val="24"/>
          <w:szCs w:val="24"/>
          <w:shd w:val="clear" w:color="auto" w:fill="FFFFFF"/>
        </w:rPr>
        <w:t xml:space="preserve">anahtar kelime </w:t>
      </w:r>
      <w:r w:rsidR="00713E49" w:rsidRPr="00713E49">
        <w:rPr>
          <w:rFonts w:asciiTheme="majorBidi" w:eastAsia="Times New Roman" w:hAnsiTheme="majorBidi" w:cstheme="majorBidi"/>
          <w:sz w:val="24"/>
          <w:szCs w:val="24"/>
          <w:shd w:val="clear" w:color="auto" w:fill="FFFFFF"/>
        </w:rPr>
        <w:t xml:space="preserve">ve JEL kodları </w:t>
      </w:r>
      <w:r w:rsidRPr="00713E49">
        <w:rPr>
          <w:rFonts w:asciiTheme="majorBidi" w:eastAsia="Times New Roman" w:hAnsiTheme="majorBidi" w:cstheme="majorBidi"/>
          <w:sz w:val="24"/>
          <w:szCs w:val="24"/>
          <w:shd w:val="clear" w:color="auto" w:fill="FFFFFF"/>
        </w:rPr>
        <w:t>eklenmelidir.</w:t>
      </w:r>
    </w:p>
    <w:p w14:paraId="39486AB1" w14:textId="6EE71EBB" w:rsidR="00EF2192" w:rsidRPr="00713E49" w:rsidRDefault="00EF2192" w:rsidP="00F21CCC">
      <w:pPr>
        <w:spacing w:after="120" w:line="240" w:lineRule="auto"/>
        <w:ind w:firstLine="567"/>
        <w:jc w:val="both"/>
        <w:rPr>
          <w:rFonts w:asciiTheme="majorBidi" w:hAnsiTheme="majorBidi" w:cstheme="majorBidi"/>
          <w:sz w:val="24"/>
          <w:szCs w:val="24"/>
        </w:rPr>
      </w:pPr>
      <w:r w:rsidRPr="00713E49">
        <w:rPr>
          <w:rFonts w:asciiTheme="majorBidi" w:hAnsiTheme="majorBidi" w:cstheme="majorBidi"/>
          <w:sz w:val="24"/>
          <w:szCs w:val="24"/>
        </w:rPr>
        <w:t xml:space="preserve">Gönderilen özetlerin akademik olarak özgün </w:t>
      </w:r>
      <w:r w:rsidR="00F21CCC">
        <w:rPr>
          <w:rFonts w:asciiTheme="majorBidi" w:hAnsiTheme="majorBidi" w:cstheme="majorBidi"/>
          <w:sz w:val="24"/>
          <w:szCs w:val="24"/>
        </w:rPr>
        <w:t>olması,</w:t>
      </w:r>
      <w:r w:rsidRPr="00713E49">
        <w:rPr>
          <w:rFonts w:asciiTheme="majorBidi" w:hAnsiTheme="majorBidi" w:cstheme="majorBidi"/>
          <w:sz w:val="24"/>
          <w:szCs w:val="24"/>
        </w:rPr>
        <w:t xml:space="preserve"> daha önce hiçbir yerde yayımlanmamış/sunulmamış ve yayımlanmak/sunulmak üzere başka bir dergiye ya da etkinliğe gönderilmemiş olması gerekmektedir.</w:t>
      </w:r>
    </w:p>
    <w:p w14:paraId="5A72B917" w14:textId="08AF4F1C" w:rsidR="00EF2192" w:rsidRDefault="00EF2192" w:rsidP="00F21CCC">
      <w:pPr>
        <w:spacing w:after="120" w:line="240" w:lineRule="auto"/>
        <w:ind w:firstLine="567"/>
        <w:jc w:val="both"/>
        <w:rPr>
          <w:rFonts w:asciiTheme="majorBidi" w:hAnsiTheme="majorBidi" w:cstheme="majorBidi"/>
          <w:sz w:val="24"/>
          <w:szCs w:val="24"/>
        </w:rPr>
      </w:pPr>
      <w:r w:rsidRPr="00713E49">
        <w:rPr>
          <w:rFonts w:asciiTheme="majorBidi" w:hAnsiTheme="majorBidi" w:cstheme="majorBidi"/>
          <w:sz w:val="24"/>
          <w:szCs w:val="24"/>
        </w:rPr>
        <w:t>Özet bildirilerde çalışmanın amacı, önemi, sorunsalı, yöntemi ve temel bulgularına yer verilmelidir.</w:t>
      </w:r>
    </w:p>
    <w:p w14:paraId="206109BD" w14:textId="66E1B367" w:rsidR="00617141" w:rsidRDefault="00713E49" w:rsidP="00617141">
      <w:pPr>
        <w:spacing w:after="120" w:line="240" w:lineRule="auto"/>
        <w:ind w:firstLine="567"/>
        <w:jc w:val="both"/>
        <w:rPr>
          <w:rFonts w:asciiTheme="majorBidi" w:hAnsiTheme="majorBidi" w:cstheme="majorBidi"/>
          <w:b/>
          <w:color w:val="FF0000"/>
          <w:sz w:val="24"/>
          <w:szCs w:val="24"/>
        </w:rPr>
      </w:pPr>
      <w:r>
        <w:rPr>
          <w:rFonts w:asciiTheme="majorBidi" w:hAnsiTheme="majorBidi" w:cstheme="majorBidi"/>
          <w:sz w:val="24"/>
          <w:szCs w:val="24"/>
        </w:rPr>
        <w:t xml:space="preserve">Yukarıdaki formata uygun olarak hazırlanan </w:t>
      </w:r>
      <w:r w:rsidR="00A16643">
        <w:rPr>
          <w:rFonts w:asciiTheme="majorBidi" w:hAnsiTheme="majorBidi" w:cstheme="majorBidi"/>
          <w:sz w:val="24"/>
          <w:szCs w:val="24"/>
        </w:rPr>
        <w:t>ö</w:t>
      </w:r>
      <w:r>
        <w:rPr>
          <w:rFonts w:asciiTheme="majorBidi" w:hAnsiTheme="majorBidi" w:cstheme="majorBidi"/>
          <w:sz w:val="24"/>
          <w:szCs w:val="24"/>
        </w:rPr>
        <w:t xml:space="preserve">zet dosyası, </w:t>
      </w:r>
      <w:hyperlink r:id="rId8" w:history="1">
        <w:r w:rsidR="00617141" w:rsidRPr="00656077">
          <w:rPr>
            <w:rStyle w:val="Kpr"/>
            <w:rFonts w:asciiTheme="majorBidi" w:hAnsiTheme="majorBidi" w:cstheme="majorBidi"/>
            <w:b/>
            <w:sz w:val="24"/>
            <w:szCs w:val="24"/>
          </w:rPr>
          <w:t>tralleis2026@adu.edu.tr</w:t>
        </w:r>
      </w:hyperlink>
    </w:p>
    <w:p w14:paraId="4BE43538" w14:textId="1B4AD1D8" w:rsidR="00713E49" w:rsidRPr="00617141" w:rsidRDefault="00713E49" w:rsidP="00617141">
      <w:pPr>
        <w:spacing w:after="120" w:line="240" w:lineRule="auto"/>
        <w:jc w:val="both"/>
        <w:rPr>
          <w:rFonts w:asciiTheme="majorBidi" w:hAnsiTheme="majorBidi" w:cstheme="majorBidi"/>
          <w:b/>
          <w:color w:val="FF0000"/>
          <w:sz w:val="24"/>
          <w:szCs w:val="24"/>
        </w:rPr>
      </w:pPr>
      <w:r w:rsidRPr="00AE11BA">
        <w:rPr>
          <w:rFonts w:asciiTheme="majorBidi" w:hAnsiTheme="majorBidi" w:cstheme="majorBidi"/>
          <w:color w:val="FF0000"/>
          <w:sz w:val="24"/>
          <w:szCs w:val="24"/>
        </w:rPr>
        <w:t xml:space="preserve"> </w:t>
      </w:r>
      <w:r>
        <w:rPr>
          <w:rFonts w:asciiTheme="majorBidi" w:hAnsiTheme="majorBidi" w:cstheme="majorBidi"/>
          <w:sz w:val="24"/>
          <w:szCs w:val="24"/>
        </w:rPr>
        <w:t>adresine elektronik posta yoluyla gönderilmelidir.</w:t>
      </w:r>
    </w:p>
    <w:p w14:paraId="15D0D6C0" w14:textId="7E9CB8E9" w:rsidR="00AE11BA" w:rsidRPr="00713E49" w:rsidRDefault="00AE11BA" w:rsidP="00F21CCC">
      <w:pPr>
        <w:spacing w:after="120" w:line="240" w:lineRule="auto"/>
        <w:ind w:firstLine="567"/>
        <w:jc w:val="both"/>
        <w:rPr>
          <w:rFonts w:ascii="Times New Roman" w:hAnsi="Times New Roman" w:cs="Times New Roman"/>
          <w:sz w:val="24"/>
          <w:szCs w:val="24"/>
          <w:lang w:val="tr-TR"/>
        </w:rPr>
      </w:pPr>
      <w:r>
        <w:rPr>
          <w:rFonts w:asciiTheme="majorBidi" w:hAnsiTheme="majorBidi" w:cstheme="majorBidi"/>
          <w:sz w:val="24"/>
          <w:szCs w:val="24"/>
        </w:rPr>
        <w:t xml:space="preserve">Sorumlu yazarın ayrıca internet sayfasında “Özet Gönderme” sekmesi altında yer alan </w:t>
      </w:r>
      <w:r>
        <w:rPr>
          <w:rFonts w:asciiTheme="majorBidi" w:hAnsiTheme="majorBidi" w:cstheme="majorBidi"/>
          <w:b/>
          <w:sz w:val="24"/>
          <w:szCs w:val="24"/>
        </w:rPr>
        <w:t>Kongre Katılım F</w:t>
      </w:r>
      <w:r w:rsidRPr="00AE11BA">
        <w:rPr>
          <w:rFonts w:asciiTheme="majorBidi" w:hAnsiTheme="majorBidi" w:cstheme="majorBidi"/>
          <w:b/>
          <w:sz w:val="24"/>
          <w:szCs w:val="24"/>
        </w:rPr>
        <w:t>ormu</w:t>
      </w:r>
      <w:r>
        <w:rPr>
          <w:rFonts w:asciiTheme="majorBidi" w:hAnsiTheme="majorBidi" w:cstheme="majorBidi"/>
          <w:b/>
          <w:sz w:val="24"/>
          <w:szCs w:val="24"/>
        </w:rPr>
        <w:t>’</w:t>
      </w:r>
      <w:r>
        <w:rPr>
          <w:rFonts w:asciiTheme="majorBidi" w:hAnsiTheme="majorBidi" w:cstheme="majorBidi"/>
          <w:sz w:val="24"/>
          <w:szCs w:val="24"/>
        </w:rPr>
        <w:t>nu da doldurması gerekmektedir.</w:t>
      </w:r>
    </w:p>
    <w:p w14:paraId="2212355C" w14:textId="5F72BA4C" w:rsidR="0001316A" w:rsidRPr="00713E49" w:rsidRDefault="0001316A" w:rsidP="00713E49">
      <w:pPr>
        <w:autoSpaceDE w:val="0"/>
        <w:autoSpaceDN w:val="0"/>
        <w:adjustRightInd w:val="0"/>
        <w:spacing w:before="120" w:after="0" w:line="240" w:lineRule="auto"/>
        <w:rPr>
          <w:rFonts w:ascii="Times New Roman" w:hAnsi="Times New Roman" w:cs="Times New Roman"/>
          <w:sz w:val="24"/>
          <w:szCs w:val="24"/>
          <w:lang w:val="tr-TR"/>
        </w:rPr>
      </w:pPr>
      <w:r w:rsidRPr="00713E49">
        <w:rPr>
          <w:rFonts w:ascii="Times New Roman" w:hAnsi="Times New Roman" w:cs="Times New Roman"/>
          <w:b/>
          <w:bCs/>
          <w:sz w:val="24"/>
          <w:szCs w:val="24"/>
          <w:lang w:val="tr-TR"/>
        </w:rPr>
        <w:t>Anahtar Kelimeler:</w:t>
      </w:r>
      <w:r w:rsidRPr="00713E49">
        <w:rPr>
          <w:rFonts w:ascii="Times New Roman" w:hAnsi="Times New Roman" w:cs="Times New Roman"/>
          <w:sz w:val="24"/>
          <w:szCs w:val="24"/>
          <w:lang w:val="tr-TR"/>
        </w:rPr>
        <w:t xml:space="preserve"> </w:t>
      </w:r>
      <w:r w:rsidR="00EF2192" w:rsidRPr="00713E49">
        <w:rPr>
          <w:rFonts w:ascii="Times New Roman" w:hAnsi="Times New Roman" w:cs="Times New Roman"/>
          <w:sz w:val="24"/>
          <w:szCs w:val="24"/>
          <w:lang w:val="tr-TR"/>
        </w:rPr>
        <w:t>4 adet</w:t>
      </w:r>
    </w:p>
    <w:p w14:paraId="7F50C5E1" w14:textId="5E6AF10C" w:rsidR="00713E49" w:rsidRPr="00713E49" w:rsidRDefault="00713E49" w:rsidP="00713E49">
      <w:pPr>
        <w:autoSpaceDE w:val="0"/>
        <w:autoSpaceDN w:val="0"/>
        <w:adjustRightInd w:val="0"/>
        <w:spacing w:before="120" w:after="0" w:line="240" w:lineRule="auto"/>
        <w:rPr>
          <w:rFonts w:ascii="Times New Roman" w:hAnsi="Times New Roman" w:cs="Times New Roman"/>
          <w:sz w:val="24"/>
          <w:szCs w:val="24"/>
          <w:lang w:val="tr-TR"/>
        </w:rPr>
      </w:pPr>
      <w:r w:rsidRPr="00713E49">
        <w:rPr>
          <w:rFonts w:ascii="Times New Roman" w:hAnsi="Times New Roman" w:cs="Times New Roman"/>
          <w:b/>
          <w:bCs/>
          <w:sz w:val="24"/>
          <w:szCs w:val="24"/>
          <w:lang w:val="tr-TR"/>
        </w:rPr>
        <w:t>JEL Kodları:</w:t>
      </w:r>
      <w:r w:rsidRPr="00713E49">
        <w:rPr>
          <w:rFonts w:ascii="Times New Roman" w:hAnsi="Times New Roman" w:cs="Times New Roman"/>
          <w:sz w:val="24"/>
          <w:szCs w:val="24"/>
          <w:lang w:val="tr-TR"/>
        </w:rPr>
        <w:t xml:space="preserve"> 4 adet</w:t>
      </w:r>
    </w:p>
    <w:p w14:paraId="62E1A9D7" w14:textId="77777777" w:rsidR="0001316A" w:rsidRDefault="0001316A" w:rsidP="00044E58">
      <w:pPr>
        <w:pStyle w:val="Default"/>
        <w:spacing w:line="360" w:lineRule="auto"/>
        <w:jc w:val="both"/>
        <w:rPr>
          <w:rFonts w:eastAsiaTheme="minorEastAsia"/>
          <w:color w:val="auto"/>
          <w:sz w:val="22"/>
          <w:szCs w:val="22"/>
          <w:lang w:eastAsia="en-US"/>
        </w:rPr>
      </w:pPr>
    </w:p>
    <w:p w14:paraId="4CDFB6AC" w14:textId="386CD04B" w:rsidR="00044E58" w:rsidRPr="00F21CCC" w:rsidRDefault="005E626B" w:rsidP="00044E58">
      <w:pPr>
        <w:spacing w:line="360" w:lineRule="auto"/>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TI</w:t>
      </w:r>
      <w:r w:rsidR="00F21CCC">
        <w:rPr>
          <w:rFonts w:ascii="Times New Roman" w:hAnsi="Times New Roman" w:cs="Times New Roman"/>
          <w:b/>
          <w:bCs/>
          <w:sz w:val="28"/>
          <w:szCs w:val="28"/>
          <w:lang w:val="tr-TR"/>
        </w:rPr>
        <w:t>TLE</w:t>
      </w:r>
    </w:p>
    <w:p w14:paraId="616CCA0F" w14:textId="2FB843AF" w:rsidR="00A74124" w:rsidRPr="005214DB" w:rsidRDefault="0073369F" w:rsidP="00E264A3">
      <w:pPr>
        <w:jc w:val="both"/>
        <w:rPr>
          <w:rFonts w:ascii="Times New Roman" w:hAnsi="Times New Roman" w:cs="Times New Roman"/>
          <w:lang w:val="tr-TR"/>
        </w:rPr>
      </w:pPr>
      <w:r w:rsidRPr="002A195F">
        <w:rPr>
          <w:rFonts w:ascii="Times New Roman" w:hAnsi="Times New Roman" w:cs="Times New Roman"/>
          <w:b/>
          <w:bCs/>
          <w:lang w:val="tr-TR"/>
        </w:rPr>
        <w:t>ABSTRACT</w:t>
      </w:r>
    </w:p>
    <w:p w14:paraId="741D2317" w14:textId="77777777" w:rsidR="00F21CCC" w:rsidRDefault="00F21CCC" w:rsidP="00F21CCC">
      <w:pPr>
        <w:spacing w:after="120" w:line="240" w:lineRule="auto"/>
        <w:ind w:firstLine="720"/>
        <w:jc w:val="both"/>
        <w:rPr>
          <w:rFonts w:ascii="Times New Roman" w:hAnsi="Times New Roman" w:cs="Times New Roman"/>
          <w:lang w:val="tr-TR"/>
        </w:rPr>
      </w:pPr>
      <w:r w:rsidRPr="00F21CCC">
        <w:rPr>
          <w:rFonts w:ascii="Times New Roman" w:hAnsi="Times New Roman" w:cs="Times New Roman"/>
          <w:lang w:val="tr-TR"/>
        </w:rPr>
        <w:t xml:space="preserve">Abstract submissions should be written on A4 size paper, using Times New Roman font compatible with MS Word. The title should be 14 point, in uppercase letters, bold, and centered. The main text should be 12 point and justified on both sides. In the abstract text, paragraph spacing should start with 0 pt, then 6 pt, and line spacing should be single. Margins should be set to 2.5 cm on all sides. </w:t>
      </w:r>
    </w:p>
    <w:p w14:paraId="275E1723" w14:textId="77777777" w:rsidR="00F21CCC" w:rsidRDefault="00F21CCC" w:rsidP="00F21CCC">
      <w:pPr>
        <w:spacing w:after="120" w:line="240" w:lineRule="auto"/>
        <w:ind w:firstLine="720"/>
        <w:jc w:val="both"/>
        <w:rPr>
          <w:rFonts w:ascii="Times New Roman" w:hAnsi="Times New Roman" w:cs="Times New Roman"/>
          <w:lang w:val="tr-TR"/>
        </w:rPr>
      </w:pPr>
      <w:r w:rsidRPr="00F21CCC">
        <w:rPr>
          <w:rFonts w:ascii="Times New Roman" w:hAnsi="Times New Roman" w:cs="Times New Roman"/>
          <w:lang w:val="tr-TR"/>
        </w:rPr>
        <w:t xml:space="preserve">The first line of each paragraph should have a 1 cm indent. The abstract should be between 250-350 words; at the end of the abstract, 4 keywords and JEL codes should be added. </w:t>
      </w:r>
    </w:p>
    <w:p w14:paraId="23BEFE35" w14:textId="77777777" w:rsidR="00F21CCC" w:rsidRDefault="00F21CCC" w:rsidP="00F21CCC">
      <w:pPr>
        <w:spacing w:after="120" w:line="240" w:lineRule="auto"/>
        <w:ind w:firstLine="720"/>
        <w:jc w:val="both"/>
        <w:rPr>
          <w:rFonts w:ascii="Times New Roman" w:hAnsi="Times New Roman" w:cs="Times New Roman"/>
          <w:lang w:val="tr-TR"/>
        </w:rPr>
      </w:pPr>
      <w:r w:rsidRPr="00F21CCC">
        <w:rPr>
          <w:rFonts w:ascii="Times New Roman" w:hAnsi="Times New Roman" w:cs="Times New Roman"/>
          <w:lang w:val="tr-TR"/>
        </w:rPr>
        <w:t xml:space="preserve">Submitted abstracts must be academically original, not previously published or presented anywhere else, and not submitted to or under consideration by another journal or event. </w:t>
      </w:r>
    </w:p>
    <w:p w14:paraId="19085C40" w14:textId="77777777" w:rsidR="00F21CCC" w:rsidRDefault="00F21CCC" w:rsidP="00F21CCC">
      <w:pPr>
        <w:spacing w:after="120" w:line="240" w:lineRule="auto"/>
        <w:ind w:firstLine="720"/>
        <w:jc w:val="both"/>
        <w:rPr>
          <w:rFonts w:ascii="Times New Roman" w:hAnsi="Times New Roman" w:cs="Times New Roman"/>
          <w:lang w:val="tr-TR"/>
        </w:rPr>
      </w:pPr>
      <w:r w:rsidRPr="00F21CCC">
        <w:rPr>
          <w:rFonts w:ascii="Times New Roman" w:hAnsi="Times New Roman" w:cs="Times New Roman"/>
          <w:lang w:val="tr-TR"/>
        </w:rPr>
        <w:t xml:space="preserve">The abstract should include the purpose, significance, problem statement, method, and main findings of the study. </w:t>
      </w:r>
    </w:p>
    <w:p w14:paraId="57AABA23" w14:textId="2ECFFE35" w:rsidR="0067757A" w:rsidRDefault="00F21CCC" w:rsidP="0067757A">
      <w:pPr>
        <w:spacing w:after="120" w:line="240" w:lineRule="auto"/>
        <w:ind w:firstLine="720"/>
        <w:jc w:val="both"/>
        <w:rPr>
          <w:rFonts w:ascii="Times New Roman" w:hAnsi="Times New Roman" w:cs="Times New Roman"/>
          <w:lang w:val="tr-TR"/>
        </w:rPr>
      </w:pPr>
      <w:r w:rsidRPr="00F21CCC">
        <w:rPr>
          <w:rFonts w:ascii="Times New Roman" w:hAnsi="Times New Roman" w:cs="Times New Roman"/>
          <w:lang w:val="tr-TR"/>
        </w:rPr>
        <w:lastRenderedPageBreak/>
        <w:t xml:space="preserve">The prepared abstract file, formatted according to the above guidelines, should be sent via email to </w:t>
      </w:r>
      <w:hyperlink r:id="rId9" w:history="1">
        <w:r w:rsidR="00617141" w:rsidRPr="0067757A">
          <w:rPr>
            <w:rStyle w:val="Kpr"/>
            <w:rFonts w:ascii="Times New Roman" w:hAnsi="Times New Roman" w:cs="Times New Roman"/>
            <w:b/>
            <w:lang w:val="tr-TR"/>
          </w:rPr>
          <w:t>tralleis2026@adu.edu.tr</w:t>
        </w:r>
      </w:hyperlink>
    </w:p>
    <w:p w14:paraId="3BE13AF9" w14:textId="77777777" w:rsidR="0067757A" w:rsidRPr="0067757A" w:rsidRDefault="0067757A" w:rsidP="0067757A">
      <w:pPr>
        <w:spacing w:after="120" w:line="240" w:lineRule="auto"/>
        <w:ind w:firstLine="720"/>
        <w:jc w:val="both"/>
        <w:rPr>
          <w:rFonts w:ascii="Times New Roman" w:hAnsi="Times New Roman" w:cs="Times New Roman"/>
          <w:lang w:val="tr-TR"/>
        </w:rPr>
      </w:pPr>
      <w:r w:rsidRPr="0067757A">
        <w:rPr>
          <w:rFonts w:ascii="Times New Roman" w:hAnsi="Times New Roman" w:cs="Times New Roman"/>
          <w:lang w:val="en"/>
        </w:rPr>
        <w:t>The corresponding author is also required to complete the Congress Participation Form, which is available under the “Abstract Submission” tab on the website.</w:t>
      </w:r>
    </w:p>
    <w:p w14:paraId="07399DF7" w14:textId="11B52A55" w:rsidR="00E264A3" w:rsidRDefault="0073369F" w:rsidP="00E264A3">
      <w:pPr>
        <w:jc w:val="both"/>
        <w:rPr>
          <w:rFonts w:ascii="Times New Roman" w:hAnsi="Times New Roman" w:cs="Times New Roman"/>
          <w:lang w:val="tr-TR"/>
        </w:rPr>
      </w:pPr>
      <w:r w:rsidRPr="002A195F">
        <w:rPr>
          <w:rFonts w:ascii="Times New Roman" w:hAnsi="Times New Roman" w:cs="Times New Roman"/>
          <w:b/>
          <w:bCs/>
          <w:lang w:val="tr-TR"/>
        </w:rPr>
        <w:t>Keywords:</w:t>
      </w:r>
      <w:bookmarkEnd w:id="1"/>
      <w:r w:rsidR="00F21CCC">
        <w:rPr>
          <w:rFonts w:ascii="Times New Roman" w:hAnsi="Times New Roman" w:cs="Times New Roman"/>
          <w:b/>
          <w:bCs/>
          <w:lang w:val="tr-TR"/>
        </w:rPr>
        <w:t xml:space="preserve"> </w:t>
      </w:r>
      <w:r w:rsidR="00F21CCC" w:rsidRPr="00F21CCC">
        <w:rPr>
          <w:rFonts w:ascii="Times New Roman" w:hAnsi="Times New Roman" w:cs="Times New Roman"/>
          <w:lang w:val="tr-TR"/>
        </w:rPr>
        <w:t>4 pieces</w:t>
      </w:r>
    </w:p>
    <w:p w14:paraId="74C6314A" w14:textId="6D1F7CF2" w:rsidR="00713E49" w:rsidRPr="00713E49" w:rsidRDefault="00713E49" w:rsidP="00E264A3">
      <w:pPr>
        <w:jc w:val="both"/>
        <w:rPr>
          <w:rFonts w:ascii="Times New Roman" w:hAnsi="Times New Roman" w:cs="Times New Roman"/>
          <w:b/>
          <w:bCs/>
          <w:lang w:val="tr-TR"/>
        </w:rPr>
      </w:pPr>
      <w:r w:rsidRPr="00713E49">
        <w:rPr>
          <w:rFonts w:ascii="Times New Roman" w:hAnsi="Times New Roman" w:cs="Times New Roman"/>
          <w:b/>
          <w:bCs/>
          <w:lang w:val="tr-TR"/>
        </w:rPr>
        <w:t>JEL Codes:</w:t>
      </w:r>
      <w:r w:rsidR="00F21CCC">
        <w:rPr>
          <w:rFonts w:ascii="Times New Roman" w:hAnsi="Times New Roman" w:cs="Times New Roman"/>
          <w:b/>
          <w:bCs/>
          <w:lang w:val="tr-TR"/>
        </w:rPr>
        <w:t xml:space="preserve"> </w:t>
      </w:r>
      <w:r w:rsidR="00F21CCC" w:rsidRPr="00F21CCC">
        <w:rPr>
          <w:rFonts w:ascii="Times New Roman" w:hAnsi="Times New Roman" w:cs="Times New Roman"/>
          <w:lang w:val="tr-TR"/>
        </w:rPr>
        <w:t>4 pieces</w:t>
      </w:r>
    </w:p>
    <w:sectPr w:rsidR="00713E49" w:rsidRPr="00713E49" w:rsidSect="009F6D9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4F5D5E" w14:textId="77777777" w:rsidR="00927129" w:rsidRDefault="00927129" w:rsidP="00F21CCC">
      <w:pPr>
        <w:spacing w:after="0" w:line="240" w:lineRule="auto"/>
      </w:pPr>
      <w:r>
        <w:separator/>
      </w:r>
    </w:p>
  </w:endnote>
  <w:endnote w:type="continuationSeparator" w:id="0">
    <w:p w14:paraId="0E7C44E6" w14:textId="77777777" w:rsidR="00927129" w:rsidRDefault="00927129" w:rsidP="00F2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D8260" w14:textId="77777777" w:rsidR="00927129" w:rsidRDefault="00927129" w:rsidP="00F21CCC">
      <w:pPr>
        <w:spacing w:after="0" w:line="240" w:lineRule="auto"/>
      </w:pPr>
      <w:r>
        <w:separator/>
      </w:r>
    </w:p>
  </w:footnote>
  <w:footnote w:type="continuationSeparator" w:id="0">
    <w:p w14:paraId="11B5D5E1" w14:textId="77777777" w:rsidR="00927129" w:rsidRDefault="00927129" w:rsidP="00F21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316A"/>
    <w:rsid w:val="00034616"/>
    <w:rsid w:val="00044E58"/>
    <w:rsid w:val="0006063C"/>
    <w:rsid w:val="0009694F"/>
    <w:rsid w:val="001031E4"/>
    <w:rsid w:val="0015074B"/>
    <w:rsid w:val="001D18C6"/>
    <w:rsid w:val="00226B8E"/>
    <w:rsid w:val="00244891"/>
    <w:rsid w:val="0029639D"/>
    <w:rsid w:val="002A195F"/>
    <w:rsid w:val="00326F90"/>
    <w:rsid w:val="003406B0"/>
    <w:rsid w:val="00375A27"/>
    <w:rsid w:val="003D5A63"/>
    <w:rsid w:val="00455307"/>
    <w:rsid w:val="004745EA"/>
    <w:rsid w:val="00494A41"/>
    <w:rsid w:val="00502384"/>
    <w:rsid w:val="005214DB"/>
    <w:rsid w:val="00593BF3"/>
    <w:rsid w:val="005D6362"/>
    <w:rsid w:val="005E626B"/>
    <w:rsid w:val="00610074"/>
    <w:rsid w:val="00617141"/>
    <w:rsid w:val="0065198F"/>
    <w:rsid w:val="0067757A"/>
    <w:rsid w:val="006A1673"/>
    <w:rsid w:val="00713E49"/>
    <w:rsid w:val="00731369"/>
    <w:rsid w:val="0073369F"/>
    <w:rsid w:val="007B4DE4"/>
    <w:rsid w:val="007F5F09"/>
    <w:rsid w:val="00890C94"/>
    <w:rsid w:val="008A747D"/>
    <w:rsid w:val="008B49F3"/>
    <w:rsid w:val="008D6ACB"/>
    <w:rsid w:val="00924463"/>
    <w:rsid w:val="00927129"/>
    <w:rsid w:val="00930007"/>
    <w:rsid w:val="009F6D99"/>
    <w:rsid w:val="00A16643"/>
    <w:rsid w:val="00A74124"/>
    <w:rsid w:val="00AA1D8D"/>
    <w:rsid w:val="00AE11BA"/>
    <w:rsid w:val="00B47730"/>
    <w:rsid w:val="00C72EB0"/>
    <w:rsid w:val="00CB0664"/>
    <w:rsid w:val="00DD15EB"/>
    <w:rsid w:val="00DD38B3"/>
    <w:rsid w:val="00E109D9"/>
    <w:rsid w:val="00E264A3"/>
    <w:rsid w:val="00E42418"/>
    <w:rsid w:val="00EF2192"/>
    <w:rsid w:val="00F21C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AFA1A1"/>
  <w14:defaultImageDpi w14:val="300"/>
  <w15:docId w15:val="{182FCAF7-8888-4825-AC10-CA3592D3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4745EA"/>
    <w:pPr>
      <w:autoSpaceDE w:val="0"/>
      <w:autoSpaceDN w:val="0"/>
      <w:adjustRightInd w:val="0"/>
      <w:spacing w:after="0" w:line="240" w:lineRule="auto"/>
    </w:pPr>
    <w:rPr>
      <w:rFonts w:ascii="Times New Roman" w:eastAsia="Arial" w:hAnsi="Times New Roman" w:cs="Times New Roman"/>
      <w:color w:val="000000"/>
      <w:sz w:val="24"/>
      <w:szCs w:val="24"/>
      <w:lang w:val="tr-TR" w:eastAsia="tr-TR"/>
    </w:rPr>
  </w:style>
  <w:style w:type="character" w:styleId="Kpr">
    <w:name w:val="Hyperlink"/>
    <w:basedOn w:val="VarsaylanParagrafYazTipi"/>
    <w:uiPriority w:val="99"/>
    <w:unhideWhenUsed/>
    <w:rsid w:val="004745EA"/>
    <w:rPr>
      <w:color w:val="0000FF" w:themeColor="hyperlink"/>
      <w:u w:val="single"/>
    </w:rPr>
  </w:style>
  <w:style w:type="character" w:customStyle="1" w:styleId="UnresolvedMention">
    <w:name w:val="Unresolved Mention"/>
    <w:basedOn w:val="VarsaylanParagrafYazTipi"/>
    <w:uiPriority w:val="99"/>
    <w:semiHidden/>
    <w:unhideWhenUsed/>
    <w:rsid w:val="004745EA"/>
    <w:rPr>
      <w:color w:val="605E5C"/>
      <w:shd w:val="clear" w:color="auto" w:fill="E1DFDD"/>
    </w:rPr>
  </w:style>
  <w:style w:type="paragraph" w:styleId="HTMLncedenBiimlendirilmi">
    <w:name w:val="HTML Preformatted"/>
    <w:basedOn w:val="Normal"/>
    <w:link w:val="HTMLncedenBiimlendirilmiChar"/>
    <w:uiPriority w:val="99"/>
    <w:semiHidden/>
    <w:unhideWhenUsed/>
    <w:rsid w:val="00677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67757A"/>
    <w:rPr>
      <w:rFonts w:ascii="Courier New" w:eastAsia="Times New Roman" w:hAnsi="Courier New" w:cs="Courier New"/>
      <w:sz w:val="20"/>
      <w:szCs w:val="20"/>
      <w:lang w:val="tr-TR" w:eastAsia="tr-TR"/>
    </w:rPr>
  </w:style>
  <w:style w:type="character" w:customStyle="1" w:styleId="y2iqfc">
    <w:name w:val="y2iqfc"/>
    <w:basedOn w:val="VarsaylanParagrafYazTipi"/>
    <w:rsid w:val="00677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029497">
      <w:bodyDiv w:val="1"/>
      <w:marLeft w:val="0"/>
      <w:marRight w:val="0"/>
      <w:marTop w:val="0"/>
      <w:marBottom w:val="0"/>
      <w:divBdr>
        <w:top w:val="none" w:sz="0" w:space="0" w:color="auto"/>
        <w:left w:val="none" w:sz="0" w:space="0" w:color="auto"/>
        <w:bottom w:val="none" w:sz="0" w:space="0" w:color="auto"/>
        <w:right w:val="none" w:sz="0" w:space="0" w:color="auto"/>
      </w:divBdr>
    </w:div>
    <w:div w:id="19080304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lleis2026@adu.edu.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ralleis2026@ad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2E22C-5A66-4B9E-8EF2-4D9B7FF43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377</Words>
  <Characters>2155</Characters>
  <Application>Microsoft Office Word</Application>
  <DocSecurity>0</DocSecurity>
  <Lines>17</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Aidata</cp:lastModifiedBy>
  <cp:revision>11</cp:revision>
  <dcterms:created xsi:type="dcterms:W3CDTF">2026-09-03T15:00:00Z</dcterms:created>
  <dcterms:modified xsi:type="dcterms:W3CDTF">2026-10-08T14:46:00Z</dcterms:modified>
  <cp:category/>
</cp:coreProperties>
</file>