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B4788" w14:textId="77777777" w:rsidR="00343C03" w:rsidRDefault="00000000">
      <w:pPr>
        <w:jc w:val="center"/>
      </w:pPr>
      <w:r>
        <w:t>BİLDİRİ BAŞLIĞI</w:t>
      </w:r>
    </w:p>
    <w:p w14:paraId="0CF40114" w14:textId="77777777" w:rsidR="00343C03" w:rsidRDefault="00000000">
      <w:r>
        <w:t>Yazar Adı Soyadı¹, Yazar Adı Soyadı²</w:t>
      </w:r>
      <w:r>
        <w:br/>
        <w:t>¹Üniversite/Fakülte/Bölüm, E-posta</w:t>
      </w:r>
      <w:r>
        <w:br/>
        <w:t>²Üniversite/Fakülte/Bölüm, E-posta</w:t>
      </w:r>
    </w:p>
    <w:p w14:paraId="07DA197C" w14:textId="77777777" w:rsidR="00343C03" w:rsidRDefault="00343C03"/>
    <w:p w14:paraId="55106CE2" w14:textId="77777777" w:rsidR="00343C03" w:rsidRDefault="00000000">
      <w:r>
        <w:t>Özet</w:t>
      </w:r>
    </w:p>
    <w:p w14:paraId="722DF4D6" w14:textId="77777777" w:rsidR="00343C03" w:rsidRDefault="00000000">
      <w:pPr>
        <w:jc w:val="both"/>
      </w:pPr>
      <w:r>
        <w:t>Bu bölüm, bildiri özetinizin yer aldığı kısımdır. Bildiri özeti 300 ila 500 kelime arasında olmalıdır. Özet, çalışmanın amacı, kapsamı, yöntemi, temel bulguları ve katkısını açıkça ifade etmelidir. Gereksiz detaylardan kaçınılmalı, okuyucunun çalışmanın temel çerçevesini kısa sürede kavrayabileceği netlikte yazılmalıdır.</w:t>
      </w:r>
    </w:p>
    <w:p w14:paraId="6816B4AB" w14:textId="77777777" w:rsidR="00343C03" w:rsidRDefault="00343C03"/>
    <w:p w14:paraId="4A1DF8EF" w14:textId="77777777" w:rsidR="00343C03" w:rsidRDefault="00000000">
      <w:r>
        <w:t>Anahtar Kelimeler: İnsan Kaynakları Yönetimi, Eğitim ve Geliştirme, Performans Değerlendirme</w:t>
      </w:r>
    </w:p>
    <w:sectPr w:rsidR="00343C0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334773196">
    <w:abstractNumId w:val="8"/>
  </w:num>
  <w:num w:numId="2" w16cid:durableId="235167461">
    <w:abstractNumId w:val="6"/>
  </w:num>
  <w:num w:numId="3" w16cid:durableId="1195458464">
    <w:abstractNumId w:val="5"/>
  </w:num>
  <w:num w:numId="4" w16cid:durableId="1392849404">
    <w:abstractNumId w:val="4"/>
  </w:num>
  <w:num w:numId="5" w16cid:durableId="1285035721">
    <w:abstractNumId w:val="7"/>
  </w:num>
  <w:num w:numId="6" w16cid:durableId="8409762">
    <w:abstractNumId w:val="3"/>
  </w:num>
  <w:num w:numId="7" w16cid:durableId="732311212">
    <w:abstractNumId w:val="2"/>
  </w:num>
  <w:num w:numId="8" w16cid:durableId="240062898">
    <w:abstractNumId w:val="1"/>
  </w:num>
  <w:num w:numId="9" w16cid:durableId="1763141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43C03"/>
    <w:rsid w:val="005267B6"/>
    <w:rsid w:val="0072723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D8A7A"/>
  <w14:defaultImageDpi w14:val="300"/>
  <w15:docId w15:val="{96C44CD6-050E-4EED-BFFB-802D7114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Fuat Man</cp:lastModifiedBy>
  <cp:revision>2</cp:revision>
  <dcterms:created xsi:type="dcterms:W3CDTF">2025-04-11T10:40:00Z</dcterms:created>
  <dcterms:modified xsi:type="dcterms:W3CDTF">2025-04-11T10:40:00Z</dcterms:modified>
  <cp:category/>
</cp:coreProperties>
</file>